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C8F4" w14:textId="77777777" w:rsidR="006E0736" w:rsidRDefault="006E0736" w:rsidP="006E0736">
      <w:pPr>
        <w:spacing w:after="0" w:line="240" w:lineRule="auto"/>
        <w:jc w:val="center"/>
        <w:rPr>
          <w:b/>
          <w:sz w:val="24"/>
        </w:rPr>
      </w:pPr>
      <w:r w:rsidRPr="00B32D31">
        <w:rPr>
          <w:b/>
          <w:sz w:val="24"/>
        </w:rPr>
        <w:t>T.C.</w:t>
      </w:r>
      <w:r w:rsidRPr="00B32D31">
        <w:rPr>
          <w:rFonts w:ascii="MS Mincho" w:eastAsia="MS Mincho" w:hAnsi="MS Mincho" w:cs="MS Mincho" w:hint="eastAsia"/>
          <w:b/>
          <w:sz w:val="24"/>
        </w:rPr>
        <w:t> </w:t>
      </w:r>
    </w:p>
    <w:p w14:paraId="1979254A" w14:textId="77777777" w:rsidR="006E0736" w:rsidRDefault="00B32D31" w:rsidP="006E0736">
      <w:pPr>
        <w:spacing w:after="0" w:line="240" w:lineRule="auto"/>
        <w:jc w:val="center"/>
        <w:rPr>
          <w:rFonts w:ascii="MS Mincho" w:eastAsia="MS Mincho" w:hAnsi="MS Mincho" w:cs="MS Mincho"/>
          <w:b/>
          <w:sz w:val="24"/>
        </w:rPr>
      </w:pPr>
      <w:r w:rsidRPr="00B32D31">
        <w:rPr>
          <w:b/>
          <w:sz w:val="24"/>
        </w:rPr>
        <w:t>KAHRAMANMARA</w:t>
      </w:r>
      <w:r w:rsidRPr="00B32D31">
        <w:rPr>
          <w:rFonts w:cs="Times New Roman"/>
          <w:b/>
          <w:sz w:val="24"/>
        </w:rPr>
        <w:t>Ş</w:t>
      </w:r>
      <w:r w:rsidRPr="00B32D31">
        <w:rPr>
          <w:b/>
          <w:sz w:val="24"/>
        </w:rPr>
        <w:t xml:space="preserve"> S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T</w:t>
      </w:r>
      <w:r w:rsidRPr="00B32D31">
        <w:rPr>
          <w:rFonts w:cs="Times New Roman"/>
          <w:b/>
          <w:sz w:val="24"/>
        </w:rPr>
        <w:t>ÇÜ</w:t>
      </w:r>
      <w:r w:rsidRPr="00B32D31">
        <w:rPr>
          <w:b/>
          <w:sz w:val="24"/>
        </w:rPr>
        <w:t xml:space="preserve"> </w:t>
      </w:r>
      <w:r w:rsidRPr="00B32D31">
        <w:rPr>
          <w:rFonts w:cs="Times New Roman"/>
          <w:b/>
          <w:sz w:val="24"/>
        </w:rPr>
        <w:t>İ</w:t>
      </w:r>
      <w:r w:rsidRPr="00B32D31">
        <w:rPr>
          <w:b/>
          <w:sz w:val="24"/>
        </w:rPr>
        <w:t xml:space="preserve">MAM 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N</w:t>
      </w:r>
      <w:r w:rsidRPr="00B32D31">
        <w:rPr>
          <w:rFonts w:cs="Times New Roman"/>
          <w:b/>
          <w:sz w:val="24"/>
        </w:rPr>
        <w:t>İ</w:t>
      </w:r>
      <w:r w:rsidRPr="00B32D31">
        <w:rPr>
          <w:b/>
          <w:sz w:val="24"/>
        </w:rPr>
        <w:t>VERS</w:t>
      </w:r>
      <w:r w:rsidRPr="00B32D31">
        <w:rPr>
          <w:rFonts w:cs="Times New Roman"/>
          <w:b/>
          <w:sz w:val="24"/>
        </w:rPr>
        <w:t>İ</w:t>
      </w:r>
      <w:r w:rsidRPr="00B32D31">
        <w:rPr>
          <w:b/>
          <w:sz w:val="24"/>
        </w:rPr>
        <w:t>TES</w:t>
      </w:r>
      <w:r w:rsidRPr="00B32D31">
        <w:rPr>
          <w:rFonts w:cs="Times New Roman"/>
          <w:b/>
          <w:sz w:val="24"/>
        </w:rPr>
        <w:t>İ</w:t>
      </w:r>
      <w:r w:rsidRPr="00B32D31">
        <w:rPr>
          <w:rFonts w:ascii="MS Mincho" w:eastAsia="MS Mincho" w:hAnsi="MS Mincho" w:cs="MS Mincho" w:hint="eastAsia"/>
          <w:b/>
          <w:sz w:val="24"/>
        </w:rPr>
        <w:t> </w:t>
      </w:r>
    </w:p>
    <w:p w14:paraId="579849E5" w14:textId="77777777" w:rsidR="00B32D31" w:rsidRDefault="00B32D31" w:rsidP="006E0736">
      <w:pPr>
        <w:spacing w:line="240" w:lineRule="auto"/>
        <w:jc w:val="center"/>
        <w:rPr>
          <w:b/>
          <w:sz w:val="24"/>
        </w:rPr>
      </w:pPr>
      <w:r w:rsidRPr="00B32D31">
        <w:rPr>
          <w:b/>
          <w:sz w:val="24"/>
        </w:rPr>
        <w:t>G</w:t>
      </w:r>
      <w:r w:rsidRPr="00B32D31">
        <w:rPr>
          <w:rFonts w:cs="Times New Roman"/>
          <w:b/>
          <w:sz w:val="24"/>
        </w:rPr>
        <w:t>Ö</w:t>
      </w:r>
      <w:r w:rsidRPr="00B32D31">
        <w:rPr>
          <w:b/>
          <w:sz w:val="24"/>
        </w:rPr>
        <w:t>KSUN MESLEK Y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KSEKOKULU M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D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RL</w:t>
      </w:r>
      <w:r w:rsidRPr="00B32D31">
        <w:rPr>
          <w:rFonts w:cs="Times New Roman"/>
          <w:b/>
          <w:sz w:val="24"/>
        </w:rPr>
        <w:t>ÜĞÜ</w:t>
      </w:r>
      <w:r w:rsidRPr="00B32D31">
        <w:rPr>
          <w:b/>
          <w:sz w:val="24"/>
        </w:rPr>
        <w:t>NE</w:t>
      </w:r>
    </w:p>
    <w:p w14:paraId="0857B102" w14:textId="77777777" w:rsidR="006E0736" w:rsidRPr="00B32D31" w:rsidRDefault="006E0736" w:rsidP="006E0736">
      <w:pPr>
        <w:spacing w:line="240" w:lineRule="auto"/>
        <w:jc w:val="center"/>
        <w:rPr>
          <w:b/>
          <w:sz w:val="24"/>
        </w:rPr>
      </w:pPr>
    </w:p>
    <w:p w14:paraId="272E52E6" w14:textId="099BDED3" w:rsidR="00B32D31" w:rsidRDefault="00316585" w:rsidP="00B32D31">
      <w:pPr>
        <w:jc w:val="both"/>
        <w:rPr>
          <w:b/>
          <w:sz w:val="24"/>
        </w:rPr>
      </w:pPr>
      <w:r>
        <w:rPr>
          <w:b/>
          <w:sz w:val="24"/>
        </w:rPr>
        <w:t xml:space="preserve">         </w:t>
      </w:r>
      <w:proofErr w:type="spellStart"/>
      <w:r w:rsidR="00B32D31" w:rsidRPr="00B32D31">
        <w:rPr>
          <w:b/>
          <w:sz w:val="24"/>
        </w:rPr>
        <w:t>Yüksekokulunuzun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264592">
        <w:rPr>
          <w:b/>
          <w:sz w:val="24"/>
        </w:rPr>
        <w:t>aşağıda</w:t>
      </w:r>
      <w:proofErr w:type="spellEnd"/>
      <w:r w:rsidR="00264592">
        <w:rPr>
          <w:b/>
          <w:sz w:val="24"/>
        </w:rPr>
        <w:t xml:space="preserve"> </w:t>
      </w:r>
      <w:proofErr w:type="spellStart"/>
      <w:r w:rsidR="00264592">
        <w:rPr>
          <w:b/>
          <w:sz w:val="24"/>
        </w:rPr>
        <w:t>belirtilen</w:t>
      </w:r>
      <w:proofErr w:type="spellEnd"/>
      <w:r w:rsidR="00264592">
        <w:rPr>
          <w:b/>
          <w:sz w:val="24"/>
        </w:rPr>
        <w:t xml:space="preserve"> </w:t>
      </w:r>
      <w:proofErr w:type="spellStart"/>
      <w:r w:rsidR="00264592">
        <w:rPr>
          <w:b/>
          <w:sz w:val="24"/>
        </w:rPr>
        <w:t>programın</w:t>
      </w:r>
      <w:r w:rsidR="00C845A5">
        <w:rPr>
          <w:b/>
          <w:sz w:val="24"/>
        </w:rPr>
        <w:t>ın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öğrenciyim</w:t>
      </w:r>
      <w:proofErr w:type="spellEnd"/>
      <w:r w:rsidR="00B32D31" w:rsidRPr="00B32D31">
        <w:rPr>
          <w:b/>
          <w:sz w:val="24"/>
        </w:rPr>
        <w:t>. ...........................................................</w:t>
      </w:r>
      <w:r w:rsidR="006E0736">
        <w:rPr>
          <w:b/>
          <w:sz w:val="24"/>
        </w:rPr>
        <w:t xml:space="preserve">...... </w:t>
      </w:r>
      <w:proofErr w:type="spellStart"/>
      <w:r w:rsidR="006E0736">
        <w:rPr>
          <w:b/>
          <w:sz w:val="24"/>
        </w:rPr>
        <w:t>nedeniyle</w:t>
      </w:r>
      <w:proofErr w:type="spellEnd"/>
      <w:r w:rsidR="006E0736">
        <w:rPr>
          <w:b/>
          <w:sz w:val="24"/>
        </w:rPr>
        <w:t xml:space="preserve">, </w:t>
      </w:r>
      <w:proofErr w:type="spellStart"/>
      <w:r w:rsidR="006E0736">
        <w:rPr>
          <w:b/>
          <w:sz w:val="24"/>
        </w:rPr>
        <w:t>aşağıda</w:t>
      </w:r>
      <w:proofErr w:type="spellEnd"/>
      <w:r w:rsidR="006E0736">
        <w:rPr>
          <w:b/>
          <w:sz w:val="24"/>
        </w:rPr>
        <w:t xml:space="preserve">  </w:t>
      </w:r>
      <w:proofErr w:type="spellStart"/>
      <w:r w:rsidR="006E0736">
        <w:rPr>
          <w:b/>
          <w:sz w:val="24"/>
        </w:rPr>
        <w:t>belirt</w:t>
      </w:r>
      <w:r w:rsidR="00B32D31" w:rsidRPr="00B32D31">
        <w:rPr>
          <w:b/>
          <w:sz w:val="24"/>
        </w:rPr>
        <w:t>tiğim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yarıyıl</w:t>
      </w:r>
      <w:proofErr w:type="spellEnd"/>
      <w:r w:rsidR="00B32D31" w:rsidRPr="00B32D31">
        <w:rPr>
          <w:b/>
          <w:sz w:val="24"/>
        </w:rPr>
        <w:t>/</w:t>
      </w:r>
      <w:proofErr w:type="spellStart"/>
      <w:r w:rsidR="00B32D31" w:rsidRPr="00B32D31">
        <w:rPr>
          <w:b/>
          <w:sz w:val="24"/>
        </w:rPr>
        <w:t>yarıyıllar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için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kaydımı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dondurmak</w:t>
      </w:r>
      <w:proofErr w:type="spellEnd"/>
      <w:r w:rsidR="00B32D31" w:rsidRPr="00B32D31">
        <w:rPr>
          <w:b/>
          <w:sz w:val="24"/>
        </w:rPr>
        <w:t xml:space="preserve"> </w:t>
      </w:r>
      <w:proofErr w:type="spellStart"/>
      <w:r w:rsidR="00B32D31" w:rsidRPr="00B32D31">
        <w:rPr>
          <w:b/>
          <w:sz w:val="24"/>
        </w:rPr>
        <w:t>istiyorum</w:t>
      </w:r>
      <w:proofErr w:type="spellEnd"/>
      <w:r w:rsidR="00B32D31" w:rsidRPr="00B32D31">
        <w:rPr>
          <w:b/>
          <w:sz w:val="24"/>
        </w:rPr>
        <w:t>.</w:t>
      </w:r>
    </w:p>
    <w:p w14:paraId="372F0BBC" w14:textId="77777777" w:rsidR="00264592" w:rsidRPr="00B32D31" w:rsidRDefault="00264592" w:rsidP="00264592">
      <w:pPr>
        <w:jc w:val="both"/>
        <w:rPr>
          <w:b/>
          <w:sz w:val="24"/>
        </w:rPr>
      </w:pPr>
      <w:r>
        <w:rPr>
          <w:b/>
          <w:sz w:val="24"/>
        </w:rPr>
        <w:t>KAYIT DONDURMA TALEP FORMU</w:t>
      </w:r>
    </w:p>
    <w:p w14:paraId="22E1FE65" w14:textId="77777777" w:rsidR="00264592" w:rsidRPr="00B32D31" w:rsidRDefault="00264592" w:rsidP="00264592">
      <w:pPr>
        <w:jc w:val="both"/>
        <w:rPr>
          <w:b/>
          <w:sz w:val="24"/>
        </w:rPr>
      </w:pPr>
      <w:proofErr w:type="spellStart"/>
      <w:r w:rsidRPr="00B32D31">
        <w:rPr>
          <w:b/>
          <w:sz w:val="24"/>
        </w:rPr>
        <w:t>Bölüm</w:t>
      </w:r>
      <w:proofErr w:type="spellEnd"/>
      <w:r w:rsidRPr="00B32D31">
        <w:rPr>
          <w:b/>
          <w:sz w:val="24"/>
        </w:rPr>
        <w:t>: ........................................................................................</w:t>
      </w:r>
    </w:p>
    <w:p w14:paraId="52E92D06" w14:textId="77777777" w:rsidR="00264592" w:rsidRPr="00B32D31" w:rsidRDefault="00264592" w:rsidP="00264592">
      <w:pPr>
        <w:jc w:val="both"/>
        <w:rPr>
          <w:b/>
          <w:sz w:val="24"/>
        </w:rPr>
      </w:pPr>
      <w:r w:rsidRPr="00B32D31">
        <w:rPr>
          <w:b/>
          <w:sz w:val="24"/>
        </w:rPr>
        <w:t>Program: ....................................................................................</w:t>
      </w:r>
    </w:p>
    <w:p w14:paraId="56713232" w14:textId="77777777" w:rsidR="00264592" w:rsidRPr="00B32D31" w:rsidRDefault="00264592" w:rsidP="00264592">
      <w:pPr>
        <w:jc w:val="both"/>
        <w:rPr>
          <w:b/>
          <w:sz w:val="24"/>
        </w:rPr>
      </w:pPr>
      <w:proofErr w:type="spellStart"/>
      <w:r w:rsidRPr="00B32D31">
        <w:rPr>
          <w:b/>
          <w:sz w:val="24"/>
        </w:rPr>
        <w:t>Öğrenci</w:t>
      </w:r>
      <w:proofErr w:type="spellEnd"/>
      <w:r w:rsidRPr="00B32D31">
        <w:rPr>
          <w:b/>
          <w:sz w:val="24"/>
        </w:rPr>
        <w:t xml:space="preserve"> No: ....................................    </w:t>
      </w:r>
      <w:proofErr w:type="spellStart"/>
      <w:r w:rsidRPr="00B32D31">
        <w:rPr>
          <w:b/>
          <w:sz w:val="24"/>
        </w:rPr>
        <w:t>Sınıf</w:t>
      </w:r>
      <w:proofErr w:type="spellEnd"/>
      <w:r w:rsidRPr="00B32D31">
        <w:rPr>
          <w:b/>
          <w:sz w:val="24"/>
        </w:rPr>
        <w:t>: ...............................</w:t>
      </w:r>
    </w:p>
    <w:p w14:paraId="4F9F7B09" w14:textId="77777777" w:rsidR="00264592" w:rsidRDefault="00264592" w:rsidP="00B32D31">
      <w:pPr>
        <w:jc w:val="both"/>
        <w:rPr>
          <w:b/>
          <w:sz w:val="24"/>
        </w:rPr>
      </w:pPr>
    </w:p>
    <w:p w14:paraId="343FDE10" w14:textId="77777777" w:rsidR="00316585" w:rsidRPr="00B32D31" w:rsidRDefault="00316585" w:rsidP="00B32D31">
      <w:pPr>
        <w:jc w:val="both"/>
        <w:rPr>
          <w:b/>
          <w:sz w:val="24"/>
        </w:rPr>
      </w:pPr>
    </w:p>
    <w:p w14:paraId="1136E4D5" w14:textId="77777777" w:rsidR="00B32D31" w:rsidRDefault="00316585" w:rsidP="00B32D31">
      <w:pPr>
        <w:jc w:val="both"/>
        <w:rPr>
          <w:b/>
          <w:sz w:val="24"/>
        </w:rPr>
      </w:pPr>
      <w:r>
        <w:rPr>
          <w:b/>
          <w:sz w:val="24"/>
        </w:rPr>
        <w:t xml:space="preserve">         </w:t>
      </w:r>
      <w:r w:rsidR="00B32D31" w:rsidRPr="00B32D31">
        <w:rPr>
          <w:b/>
          <w:sz w:val="24"/>
        </w:rPr>
        <w:t>Gereğini</w:t>
      </w:r>
      <w:r w:rsidR="006E0736">
        <w:rPr>
          <w:b/>
          <w:sz w:val="24"/>
        </w:rPr>
        <w:t xml:space="preserve"> bilgilerinize</w:t>
      </w:r>
      <w:r w:rsidR="00B32D31" w:rsidRPr="00B32D31">
        <w:rPr>
          <w:b/>
          <w:sz w:val="24"/>
        </w:rPr>
        <w:t xml:space="preserve"> arz ederim.</w:t>
      </w:r>
      <w:r w:rsidR="006E0736">
        <w:rPr>
          <w:b/>
          <w:sz w:val="24"/>
        </w:rPr>
        <w:t xml:space="preserve">                                                                          </w:t>
      </w:r>
    </w:p>
    <w:p w14:paraId="01F56AC4" w14:textId="77777777" w:rsidR="006E0736" w:rsidRPr="008734FE" w:rsidRDefault="006E0736" w:rsidP="006E0736">
      <w:pPr>
        <w:tabs>
          <w:tab w:val="left" w:pos="708"/>
        </w:tabs>
        <w:suppressAutoHyphens/>
        <w:spacing w:line="360" w:lineRule="auto"/>
        <w:ind w:firstLine="540"/>
        <w:jc w:val="both"/>
        <w:rPr>
          <w:rFonts w:asciiTheme="minorHAnsi" w:hAnsiTheme="minorHAnsi" w:cstheme="minorHAnsi"/>
        </w:rPr>
      </w:pPr>
      <w:r>
        <w:rPr>
          <w:b/>
          <w:sz w:val="24"/>
        </w:rPr>
        <w:t xml:space="preserve">                                                                                                                    </w:t>
      </w:r>
    </w:p>
    <w:p w14:paraId="3F0D9B33" w14:textId="77777777" w:rsidR="006E0736" w:rsidRPr="00316585" w:rsidRDefault="00316585" w:rsidP="00316585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                </w:t>
      </w:r>
      <w:r w:rsidR="006E0736" w:rsidRPr="00316585">
        <w:rPr>
          <w:rFonts w:cs="Times New Roman"/>
          <w:b/>
        </w:rPr>
        <w:t>… / … / 20…..</w:t>
      </w:r>
    </w:p>
    <w:p w14:paraId="0807BDA3" w14:textId="77777777" w:rsidR="006E0736" w:rsidRPr="00316585" w:rsidRDefault="00316585" w:rsidP="00316585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</w:t>
      </w:r>
      <w:r w:rsidR="006E0736" w:rsidRPr="00316585">
        <w:rPr>
          <w:rFonts w:cs="Times New Roman"/>
          <w:b/>
        </w:rPr>
        <w:t>Adı Soyadı      :</w:t>
      </w:r>
    </w:p>
    <w:p w14:paraId="2C02D2FC" w14:textId="77777777" w:rsidR="006E0736" w:rsidRPr="00316585" w:rsidRDefault="00316585" w:rsidP="00316585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</w:t>
      </w:r>
      <w:r w:rsidR="006E0736" w:rsidRPr="00316585">
        <w:rPr>
          <w:rFonts w:cs="Times New Roman"/>
          <w:b/>
        </w:rPr>
        <w:t>İmza              :</w:t>
      </w:r>
    </w:p>
    <w:p w14:paraId="0364CCF1" w14:textId="77777777" w:rsidR="006E0736" w:rsidRPr="00B32D31" w:rsidRDefault="006E0736" w:rsidP="00B32D31">
      <w:pPr>
        <w:jc w:val="both"/>
        <w:rPr>
          <w:b/>
          <w:sz w:val="24"/>
        </w:rPr>
      </w:pPr>
    </w:p>
    <w:p w14:paraId="4D16E04A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>Kayıt dondurmak istediğim dönem:</w:t>
      </w:r>
    </w:p>
    <w:p w14:paraId="01A74D34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 xml:space="preserve">20…… / 20…… </w:t>
      </w:r>
      <w:proofErr w:type="spellStart"/>
      <w:r w:rsidRPr="00B32D31">
        <w:rPr>
          <w:b/>
          <w:sz w:val="24"/>
        </w:rPr>
        <w:t>Eğitim-Öğretim</w:t>
      </w:r>
      <w:proofErr w:type="spellEnd"/>
      <w:r w:rsidRPr="00B32D31">
        <w:rPr>
          <w:b/>
          <w:sz w:val="24"/>
        </w:rPr>
        <w:t xml:space="preserve"> </w:t>
      </w:r>
      <w:proofErr w:type="spellStart"/>
      <w:r w:rsidRPr="00B32D31">
        <w:rPr>
          <w:b/>
          <w:sz w:val="24"/>
        </w:rPr>
        <w:t>Yılı</w:t>
      </w:r>
      <w:proofErr w:type="spellEnd"/>
      <w:r w:rsidRPr="00B32D31">
        <w:rPr>
          <w:b/>
          <w:sz w:val="24"/>
        </w:rPr>
        <w:t xml:space="preserve">       </w:t>
      </w:r>
      <w:r w:rsidR="00264592">
        <w:rPr>
          <w:b/>
          <w:sz w:val="24"/>
        </w:rPr>
        <w:t xml:space="preserve"> </w:t>
      </w:r>
      <w:r w:rsidRPr="00B32D31">
        <w:rPr>
          <w:rFonts w:ascii="Segoe UI Symbol" w:hAnsi="Segoe UI Symbol" w:cs="Segoe UI Symbol"/>
          <w:b/>
          <w:sz w:val="24"/>
        </w:rPr>
        <w:t>☐</w:t>
      </w:r>
      <w:r w:rsidRPr="00B32D31">
        <w:rPr>
          <w:b/>
          <w:sz w:val="24"/>
        </w:rPr>
        <w:t xml:space="preserve"> </w:t>
      </w:r>
      <w:proofErr w:type="spellStart"/>
      <w:r w:rsidRPr="00B32D31">
        <w:rPr>
          <w:b/>
          <w:sz w:val="24"/>
        </w:rPr>
        <w:t>G</w:t>
      </w:r>
      <w:r w:rsidRPr="00B32D31">
        <w:rPr>
          <w:rFonts w:cs="Times New Roman"/>
          <w:b/>
          <w:sz w:val="24"/>
        </w:rPr>
        <w:t>ü</w:t>
      </w:r>
      <w:r w:rsidRPr="00B32D31">
        <w:rPr>
          <w:b/>
          <w:sz w:val="24"/>
        </w:rPr>
        <w:t>z</w:t>
      </w:r>
      <w:proofErr w:type="spellEnd"/>
      <w:r w:rsidRPr="00B32D31">
        <w:rPr>
          <w:b/>
          <w:sz w:val="24"/>
        </w:rPr>
        <w:t xml:space="preserve">       </w:t>
      </w:r>
      <w:r w:rsidRPr="00B32D31">
        <w:rPr>
          <w:rFonts w:ascii="Segoe UI Symbol" w:hAnsi="Segoe UI Symbol" w:cs="Segoe UI Symbol"/>
          <w:b/>
          <w:sz w:val="24"/>
        </w:rPr>
        <w:t>☐</w:t>
      </w:r>
      <w:r w:rsidRPr="00B32D31">
        <w:rPr>
          <w:b/>
          <w:sz w:val="24"/>
        </w:rPr>
        <w:t xml:space="preserve"> Bahar</w:t>
      </w:r>
    </w:p>
    <w:p w14:paraId="0A4980F6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 xml:space="preserve">Daha önce kayıt dondurdunuz mu?    </w:t>
      </w:r>
      <w:r w:rsidR="00264592">
        <w:rPr>
          <w:b/>
          <w:sz w:val="24"/>
        </w:rPr>
        <w:t xml:space="preserve">      </w:t>
      </w:r>
      <w:r w:rsidRPr="00B32D31">
        <w:rPr>
          <w:rFonts w:ascii="Segoe UI Symbol" w:hAnsi="Segoe UI Symbol" w:cs="Segoe UI Symbol"/>
          <w:b/>
          <w:sz w:val="24"/>
        </w:rPr>
        <w:t>☐</w:t>
      </w:r>
      <w:r w:rsidRPr="00B32D31">
        <w:rPr>
          <w:b/>
          <w:sz w:val="24"/>
        </w:rPr>
        <w:t xml:space="preserve"> Evet       </w:t>
      </w:r>
      <w:r w:rsidRPr="00B32D31">
        <w:rPr>
          <w:rFonts w:ascii="Segoe UI Symbol" w:hAnsi="Segoe UI Symbol" w:cs="Segoe UI Symbol"/>
          <w:b/>
          <w:sz w:val="24"/>
        </w:rPr>
        <w:t>☐</w:t>
      </w:r>
      <w:r w:rsidRPr="00B32D31">
        <w:rPr>
          <w:b/>
          <w:sz w:val="24"/>
        </w:rPr>
        <w:t xml:space="preserve"> </w:t>
      </w:r>
      <w:proofErr w:type="spellStart"/>
      <w:r w:rsidRPr="00B32D31">
        <w:rPr>
          <w:b/>
          <w:sz w:val="24"/>
        </w:rPr>
        <w:t>Hay</w:t>
      </w:r>
      <w:r w:rsidRPr="00B32D31">
        <w:rPr>
          <w:rFonts w:cs="Times New Roman"/>
          <w:b/>
          <w:sz w:val="24"/>
        </w:rPr>
        <w:t>ı</w:t>
      </w:r>
      <w:r w:rsidRPr="00B32D31">
        <w:rPr>
          <w:b/>
          <w:sz w:val="24"/>
        </w:rPr>
        <w:t>r</w:t>
      </w:r>
      <w:proofErr w:type="spellEnd"/>
    </w:p>
    <w:p w14:paraId="40E51245" w14:textId="77777777" w:rsid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>Evet ise süresi: ............ yarıyıl</w:t>
      </w:r>
    </w:p>
    <w:p w14:paraId="2EFAA930" w14:textId="77777777" w:rsidR="006E0736" w:rsidRPr="006E0736" w:rsidRDefault="006E0736" w:rsidP="006E0736">
      <w:pPr>
        <w:spacing w:after="120"/>
        <w:rPr>
          <w:rFonts w:cs="Times New Roman"/>
          <w:b/>
        </w:rPr>
      </w:pPr>
      <w:r>
        <w:rPr>
          <w:rFonts w:cs="Times New Roman"/>
          <w:b/>
        </w:rPr>
        <w:t>T.C. Kimlik No</w:t>
      </w:r>
      <w:r w:rsidRPr="006E0736">
        <w:rPr>
          <w:rFonts w:cs="Times New Roman"/>
          <w:b/>
        </w:rPr>
        <w:t>: …………………………………………</w:t>
      </w:r>
      <w:r>
        <w:rPr>
          <w:rFonts w:cs="Times New Roman"/>
          <w:b/>
        </w:rPr>
        <w:t>…………...</w:t>
      </w:r>
    </w:p>
    <w:p w14:paraId="61395693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>Telefon: ........................................................................................</w:t>
      </w:r>
    </w:p>
    <w:p w14:paraId="6FBB31D2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>E-posta: .........................................................</w:t>
      </w:r>
      <w:r w:rsidR="006E0736">
        <w:rPr>
          <w:b/>
          <w:sz w:val="24"/>
        </w:rPr>
        <w:t>...............................</w:t>
      </w:r>
    </w:p>
    <w:p w14:paraId="7B733F1F" w14:textId="77777777" w:rsidR="00B32D31" w:rsidRPr="00B32D31" w:rsidRDefault="00B32D31" w:rsidP="00B32D31">
      <w:pPr>
        <w:jc w:val="both"/>
        <w:rPr>
          <w:b/>
          <w:sz w:val="24"/>
        </w:rPr>
      </w:pPr>
      <w:r w:rsidRPr="00B32D31">
        <w:rPr>
          <w:b/>
          <w:sz w:val="24"/>
        </w:rPr>
        <w:t>Adres: ...........................................................................................</w:t>
      </w:r>
      <w:r w:rsidR="006E0736">
        <w:rPr>
          <w:b/>
          <w:sz w:val="24"/>
        </w:rPr>
        <w:t>.</w:t>
      </w:r>
    </w:p>
    <w:p w14:paraId="0F496F97" w14:textId="77777777" w:rsidR="007976C3" w:rsidRPr="00B32D31" w:rsidRDefault="00B32D31" w:rsidP="00B32D31">
      <w:pPr>
        <w:jc w:val="both"/>
      </w:pPr>
      <w:r w:rsidRPr="00B32D31">
        <w:rPr>
          <w:b/>
          <w:sz w:val="24"/>
        </w:rPr>
        <w:t>Ek: Kayıt dondurma gerekçesini gösteren belge (varsa).</w:t>
      </w:r>
    </w:p>
    <w:sectPr w:rsidR="007976C3" w:rsidRPr="00B32D31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544968">
    <w:abstractNumId w:val="8"/>
  </w:num>
  <w:num w:numId="2" w16cid:durableId="1465541074">
    <w:abstractNumId w:val="6"/>
  </w:num>
  <w:num w:numId="3" w16cid:durableId="1560361613">
    <w:abstractNumId w:val="5"/>
  </w:num>
  <w:num w:numId="4" w16cid:durableId="357434354">
    <w:abstractNumId w:val="4"/>
  </w:num>
  <w:num w:numId="5" w16cid:durableId="829521614">
    <w:abstractNumId w:val="7"/>
  </w:num>
  <w:num w:numId="6" w16cid:durableId="1693141281">
    <w:abstractNumId w:val="3"/>
  </w:num>
  <w:num w:numId="7" w16cid:durableId="386539124">
    <w:abstractNumId w:val="2"/>
  </w:num>
  <w:num w:numId="8" w16cid:durableId="1388457931">
    <w:abstractNumId w:val="1"/>
  </w:num>
  <w:num w:numId="9" w16cid:durableId="198203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16D"/>
    <w:rsid w:val="0015074B"/>
    <w:rsid w:val="00264592"/>
    <w:rsid w:val="0029639D"/>
    <w:rsid w:val="00316585"/>
    <w:rsid w:val="00326F90"/>
    <w:rsid w:val="006E0736"/>
    <w:rsid w:val="007976C3"/>
    <w:rsid w:val="007B48DD"/>
    <w:rsid w:val="00AA1D8D"/>
    <w:rsid w:val="00AC352F"/>
    <w:rsid w:val="00B32D31"/>
    <w:rsid w:val="00B47730"/>
    <w:rsid w:val="00B77B9C"/>
    <w:rsid w:val="00C845A5"/>
    <w:rsid w:val="00CB0664"/>
    <w:rsid w:val="00F02A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21B7E"/>
  <w14:defaultImageDpi w14:val="300"/>
  <w15:docId w15:val="{5AC54236-84A1-4761-BDAE-889CC5DF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16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65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5090D-ACD5-44F6-870A-F719B23F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GMYO</cp:lastModifiedBy>
  <cp:revision>3</cp:revision>
  <cp:lastPrinted>2026-10-22T08:42:00Z</cp:lastPrinted>
  <dcterms:created xsi:type="dcterms:W3CDTF">2026-10-23T06:28:00Z</dcterms:created>
  <dcterms:modified xsi:type="dcterms:W3CDTF">2026-10-23T06:31:00Z</dcterms:modified>
  <cp:category/>
</cp:coreProperties>
</file>